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3×4 – אור וערכים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קלפי השיח ואת הנושאים שהם מעלים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ערכי אור, אומץ ותודה הקשורים לחנוכה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תשובה אישית קצרה לשאלת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12 קלפים חלקי 4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קלפים על אור, תודה, מנהגים ויחד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(זיכרון של רגע קשה והאור שחזר)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מאיר לאחרים בלי לבקש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(איך להאיר גם החוצה מהכיתה)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 קטן שהספיק הרבה יותר מהצפוי)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השימוש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ללחוץ על קלף מסוים או לשלוף קלף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הקלף הופך וחושף את השאלה שעליו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השאלה בקול ועונים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אפשר ללחוץ על איפוס ולהתחיל סבב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לשאלת הקלף שנבחר, עם דוגמה קונקרטית מהכיתה או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12 קלפים, 4 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גם מעשה טוב קטן יכול לשנות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התואמת את תוכן אחד הקלפים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התרגיל לפני המשחק עצמו בקלפים כדי להכיר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קלף שמדבר אליהם אישית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את חלק ההתאמה בעל פה כסבב כיתתי לפני המילוי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3×4 – אור וערכים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יש 12 קלפי שיח ב-4 צבעים, וכל קלף שואל שאלה על אור, ערכים או יחד. נתרגל להכיר את הקלפים ואת מה שהם מעלים לדיון.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אומץ  ·  אור  ·  יחד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קלפי שיח יש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צבעים שונים יש לקלפים?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קלף "השמש שבינינו" הוא בצבע: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אחד מ-4 הצבעים יש 3 קלפים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קלף "נר האומץ" שואל על מעשה אמיץ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הקלפים בערכה עוסקים רק בחושך ובפחד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מעט __________ דוחה הרבה 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קלף מספר 4 נקרא נר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קלף מספר 9 נקרא שונים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קלף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רגע של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קטן שהספיק הרבה יותר מהצפוי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השמש שבינינו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איך להאיר גם החוצה מהכיתה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חנוכייה בחלון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מאיר לאחרים בלי לבקש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זיכרון של רגע קשה והאור שחזר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השימוש בקלפים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ללחוץ על איפוס ולהתחיל סבב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בקול ועונים עליה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ללחוץ על קלף מסוים או לשלוף קלף אקראי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הקלף הופך וחושף את השאלה שעליו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מהקלפים בדף וכתבו תשובה אישית קצרה לשאלה שמופיעה בו, כולל 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קלפים יש בערכה וכמה צבעים?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'מעט אור דוחה הרבה חושך'?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3×4 – אור וערכים בחנוכה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