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3×4 – אור וערכים בחנוכה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קלפי השיח ואת הנושאים שהם מעלים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ערכי אור, אומץ ותודה הקשורים לחנוכה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תשובה אישית קצרה לשאלת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איך להאיר החוצה מהכיתה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ללחוץ עליהם או לשלוף קלף אקראי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תכלת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12 קלפים חלקי 4 צבעים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בקלף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קלפים על אור, תודה, מנהגים ויחד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בסוף הקלף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תוכן הקלף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אפשרות שליפה אקראית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קלף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(זיכרון של רגע קשה והאור שחזר)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 מאיר לאחרים בלי לבקש תודה)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(איך להאיר גם החוצה מהכיתה)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(דבר קטן שהספיק הרבה יותר מהצפוי)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(כתיבת פתק תודה למישהו)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השימוש בקלפים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ללחוץ על קלף מסוים או לשלוף קלף אקראי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הקלף הופך וחושף את השאלה שעליו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השאלה בקול ועונים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אפשר ללחוץ על איפוס ולהתחיל סבב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לשאלת הקלף שנבחר, עם דוגמה קונקרטית מהכיתה או מהבית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פתק קצר שמזכיר מעשה טוב ספציפי ומביע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12 קלפים, 4 צבעים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גם מעשה טוב קטן יכול לשנות הרבה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התואמת את תוכן אחד הקלפים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התרגיל לפני המשחק עצמו בקלפים כדי להכיר את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לבחור קלף שמדבר אליהם אישית למשימת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לקיים את חלק ההתאמה בעל פה כסבב כיתתי לפני המילוי בכתב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3×4 – אור וערכים בחנוכה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קלפים עם שאלות על אור וחנוכה. נתרגל להבין מה כתוב בכל קלף.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קלף שיח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עם שאלה לדיון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 קטן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מעשה קטן שעוזר או משמח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 האומץ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קלף ששואל על מעשה אמיץ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שמדליק את שאר הנרות בחנוכייה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שעושים כל שנה בחג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שליפה אקראית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קלף במקרה, בלי לבחור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להתחיל את המשחק מחדש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קלפים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צבעים?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הצבע של קלף 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קלף "חנוכייה בחלון" שואל בעיקר על: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רגעי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להאיר החוצה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מנהגי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חלומות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פעולה אפשר לעשות עם הקלפים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לצבוע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ללחוץ עליהם או לשלוף קלף אקראי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לקרוע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לשיר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קלף "כד קטן" שייך לצבע: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תכלת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אחד מ-4 הצבעים יש 3 קלפים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קלף "נר האומץ" שואל על מעשה אמיץ קטן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הקלפים בערכה עוסקים רק בחושך ובפחד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קלף "תודה בשקט" מוביל בהמשך לקלף הבא שעוסק בסביבון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קלף "שונים ויחד" שואל מה מרוויחה כיתה עם רקעים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רק ללחוץ על קלף מסוים, ואי אפשר לשלוף קלף אקראי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מעט __________ דוחה הרבה 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קלף מספר 4 נקרא נר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קלף מספר 9 נקרא שונים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קלף מספר 11 נקרא __________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להתחיל סבב חדש של קלפים לוחצים על הכפתור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קלף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רגע של חושך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 מאיר לאחרים בלי לבקש 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השמש שבינינו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כתיבת פתק תודה למישהו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חנוכייה בחלון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 קטן שהספיק הרבה יותר מהצפוי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כד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זיכרון של רגע קשה והאור שחזר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תודה בשקט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איך להאיר גם החוצה מהכיתה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השימוש בקלפים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ללחוץ על איפוס ולהתחיל סבב חדש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השאלה בקול ועונים עליה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ללחוץ על קלף מסוים או לשלוף קלף אקראי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הקלף הופך וחושף את השאלה שעליו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מהקלפים בדף וכתבו תשובה אישית קצרה לשאלה שמופיעה בו, כולל דוגמה מהחיים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פתק תודה קצר למישהו שהיה עבורכם מעין 'אור קטן' השבוע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קלפים יש בערכה וכמה צבעים?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'מעט אור דוחה הרבה חושך'?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קלף אחד וספרו מה הוא שואל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3×4 – אור וערכים בחנוכה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