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קלפי השיח ואת הנושאים שהם מעלים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ערכי אור, אומץ ותודה הקשורים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תשובה אישית קצרה לשאלת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איך להאיר החוצה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ללחוץ עליהם או לשלוף קלף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תכלת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12 קלפים חלקי 4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קלפים על אור, תודה, מנהגים ויחד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בסוף הקלף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תוכן הקלף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אפשרות שליפה אקראית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(זיכרון של רגע קשה והאור שחזר)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מאיר לאחרים בלי לבקש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(איך להאיר גם החוצה מהכיתה)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קטן שהספיק הרבה יותר מהצפוי)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(כתיבת פתק תודה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ללחוץ על קלף מסוים או לשלוף קלף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הקלף הופך וחושף את השאלה שעליו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השאלה בקול ועונים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ללחוץ על איפוס ולהתחיל סבב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לשאלת הקלף שנבחר, עם דוגמה קונקרטית מהכיתה או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 קצר שמזכיר מעשה טוב ספציפי ומביע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קלפים, 4 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גם מעשה טוב קטן יכול לשנות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התואמת את תוכן אחד הקלפים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התרגיל לפני המשחק עצמו בקלפים כדי להכיר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קלף שמדבר אליהם אישית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את חלק ההתאמה בעל פה כסבב כיתתי לפני המילוי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3×4 – אור וערכים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יש 12 קלפי שיח ב-4 צבעים, וכל קלף שואל שאלה על אור, ערכים או יחד. נתרגל להכיר את הקלפים ואת מה שהם מעלים לדיון.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קלפי שיח יש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צבעים שונים יש לקלפים?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"השמש שבינינו" הוא בצבע: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קלף "חנוכייה בחלון" שואל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רגעי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להאיר החוצה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חלומות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פעולה אפשר לעשות עם הקלפים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ללחוץ עליהם או לשלוף קלף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קלף "כד קטן" שייך לצבע: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אחד מ-4 הצבעים יש 3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"נר האומץ" שואל על מעשה אמיץ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בערכה עוסקים רק בחושך ובפחד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"תודה בשקט" מוביל בהמשך לקלף הבא שעוסק בסביבון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"שונים ויחד" שואל מה מרוויחה כיתה עם רקעים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רק ללחוץ על קלף מסוים, ואי אפשר לשלוף קלף 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מעט __________ דוחה הרבה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4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9 נקרא שונים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11 נקרא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להתחיל סבב חדש של קלפים לוחצים על הכפתור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 של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כתיבת פתק תודה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השמש שבינינו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זיכרון של רגע קשה והאור שחזר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 בחלון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קטן שהספיק הרבה יותר מהצפוי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מאיר לאחרים בלי לבקש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להאיר גם החוצה מהכיתה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הקלף הופך וחושף את השאלה שעליו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בקול ועונים עליה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איפוס ולהתחיל סבב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ללחוץ על קלף מסוים או לשלוף קלף אקראי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מהקלפים בדף וכתבו תשובה אישית קצרה לשאלה שמופיעה בו, כולל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שהיה עבורכם מעין 'אור קטן'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קלפים יש בערכה וכמה צבעים?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'מעט אור דוחה הרבה 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קלף אחד וספרו מה הוא שואל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3×4 – אור וערכים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